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mc="http://schemas.openxmlformats.org/markup-compatibility/2006" xmlns:r="http://schemas.openxmlformats.org/officeDocument/2006/relationships" xmlns:w="http://schemas.openxmlformats.org/wordprocessingml/2006/main" xmlns:w14="http://schemas.microsoft.com/office/word/2010/wordml" mc:Ignorable="w14">
  <w:body>
    <w:p w:rsidR="00EC7AF7" w:rsidP="00EC7AF7" w:rsidRDefault="00EC7AF7" w14:paraId="262161CE" w14:textId="77777777">
      <w:pPr>
        <w:rPr>
          <w:rFonts w:ascii="Helvetica" w:hAnsi="Helvetica"/>
          <w:b/>
          <w:bCs/>
          <w:sz w:val="20"/>
          <w:szCs w:val="20"/>
        </w:rPr>
        <w:spacing w:after="0"/>
        <w:jc w:val="both"/>
      </w:pPr>
    </w:p>
    <w:p w:rsidRPr="0059416D" w:rsidR="00EC7AF7" w:rsidP="00EC7AF7" w:rsidRDefault="00EC7AF7" w14:paraId="07D01EA8" w14:textId="516EE3AE">
      <w:pPr>
        <w:rPr>
          <w:rFonts w:ascii="Helvetica" w:hAnsi="Helvetica"/>
          <w:b/>
          <w:bCs/>
          <w:sz w:val="20"/>
          <w:szCs w:val="20"/>
        </w:rPr>
        <w:spacing w:after="0"/>
        <w:jc w:val="both"/>
      </w:pPr>
      <w:r w:rsidRPr="0059416D">
        <w:rPr>
          <w:rFonts w:ascii="Helvetica" w:hAnsi="Helvetica"/>
          <w:b/>
          <w:bCs/>
          <w:sz w:val="20"/>
          <w:szCs w:val="20"/>
        </w:rPr>
        <w:t>HCI Advertising</w:t>
      </w:r>
      <w:r>
        <w:rPr>
          <w:rFonts w:ascii="Helvetica" w:hAnsi="Helvetica"/>
          <w:b/>
          <w:bCs/>
          <w:sz w:val="20"/>
          <w:szCs w:val="20"/>
        </w:rPr>
        <w:t xml:space="preserve"> </w:t>
      </w:r>
      <w:r w:rsidRPr="0059416D">
        <w:rPr>
          <w:rFonts w:ascii="Helvetica" w:hAnsi="Helvetica"/>
          <w:b/>
          <w:bCs/>
          <w:sz w:val="20"/>
          <w:szCs w:val="20"/>
        </w:rPr>
        <w:t>/</w:t>
      </w:r>
      <w:r>
        <w:rPr>
          <w:rFonts w:ascii="Helvetica" w:hAnsi="Helvetica"/>
          <w:b/>
          <w:bCs/>
          <w:sz w:val="20"/>
          <w:szCs w:val="20"/>
        </w:rPr>
        <w:t xml:space="preserve"> </w:t>
      </w:r>
      <w:r w:rsidRPr="0059416D">
        <w:rPr>
          <w:rFonts w:ascii="Helvetica" w:hAnsi="Helvetica"/>
          <w:b/>
          <w:bCs/>
          <w:sz w:val="20"/>
          <w:szCs w:val="20"/>
        </w:rPr>
        <w:t>Podcast Studios</w:t>
      </w:r>
    </w:p>
    <w:p w:rsidRPr="0059416D" w:rsidR="00EC7AF7" w:rsidP="00EC7AF7" w:rsidRDefault="00EC7AF7" w14:paraId="5634C7B4" w14:textId="77777777">
      <w:pPr>
        <w:rPr>
          <w:rFonts w:ascii="Helvetica" w:hAnsi="Helvetica"/>
          <w:sz w:val="20"/>
          <w:szCs w:val="20"/>
        </w:rPr>
        <w:spacing w:after="0"/>
        <w:jc w:val="both"/>
      </w:pPr>
      <w:r w:rsidRPr="0059416D">
        <w:rPr>
          <w:rFonts w:ascii="Helvetica" w:hAnsi="Helvetica"/>
          <w:sz w:val="20"/>
          <w:szCs w:val="20"/>
        </w:rPr>
        <w:t>6649 Las Vegas, Blvd. South, B-117, Las Vegas, NV 89119</w:t>
      </w:r>
    </w:p>
    <w:p w:rsidR="00EC7AF7" w:rsidP="00EC7AF7" w:rsidRDefault="00EC7AF7" w14:paraId="38AE10AE" w14:textId="77777777">
      <w:pPr>
        <w:rPr>
          <w:rFonts w:ascii="Helvetica" w:hAnsi="Helvetica"/>
          <w:sz w:val="20"/>
          <w:szCs w:val="20"/>
        </w:rPr>
        <w:spacing w:after="0"/>
      </w:pPr>
    </w:p>
    <w:p w:rsidRPr="00EC7AF7" w:rsidR="00611B9B" w:rsidP="00EC7AF7" w:rsidRDefault="00000000" w14:paraId="673CA823" w14:textId="5AB6FA52">
      <w:pPr>
        <w:rPr>
          <w:rFonts w:ascii="Helvetica" w:hAnsi="Helvetica"/>
          <w:sz w:val="20"/>
          <w:szCs w:val="20"/>
        </w:rPr>
        <w:spacing w:after="60"/>
      </w:pPr>
      <w:r w:rsidRPr="00EC7AF7">
        <w:rPr>
          <w:rFonts w:ascii="Helvetica" w:hAnsi="Helvetica"/>
          <w:sz w:val="20"/>
          <w:szCs w:val="20"/>
        </w:rPr>
        <w:t>Client Name: ___________________________________________</w:t>
      </w:r>
    </w:p>
    <w:p w:rsidR="00611B9B" w:rsidP="00EC7AF7" w:rsidRDefault="00000000" w14:paraId="1D0B2953" w14:textId="77777777">
      <w:pPr>
        <w:rPr>
          <w:rFonts w:ascii="Helvetica" w:hAnsi="Helvetica"/>
          <w:sz w:val="20"/>
          <w:szCs w:val="20"/>
        </w:rPr>
        <w:spacing w:after="60"/>
      </w:pPr>
      <w:r w:rsidRPr="00EC7AF7">
        <w:rPr>
          <w:rFonts w:ascii="Helvetica" w:hAnsi="Helvetica"/>
          <w:sz w:val="20"/>
          <w:szCs w:val="20"/>
        </w:rPr>
        <w:t>Date: _________________________________________________</w:t>
      </w:r>
    </w:p>
    <w:p w:rsidRPr="00EC7AF7" w:rsidR="00EC7AF7" w:rsidP="00EC7AF7" w:rsidRDefault="00EC7AF7" w14:paraId="599D5258" w14:textId="77777777">
      <w:pPr>
        <w:rPr>
          <w:rFonts w:ascii="Helvetica" w:hAnsi="Helvetica"/>
          <w:sz w:val="20"/>
          <w:szCs w:val="20"/>
        </w:rPr>
        <w:spacing w:after="60"/>
      </w:pPr>
    </w:p>
    <w:p w:rsidRPr="00EC7AF7" w:rsidR="00611B9B" w:rsidP="00EC7AF7" w:rsidRDefault="00000000" w14:paraId="503D0A20" w14:textId="0A39285A">
      <w:pPr>
        <w:rPr>
          <w:rFonts w:ascii="Helvetica" w:hAnsi="Helvetica"/>
          <w:sz w:val="20"/>
          <w:szCs w:val="20"/>
        </w:rPr>
        <w:jc w:val="both"/>
      </w:pPr>
      <w:r w:rsidRPr="00EC7AF7">
        <w:rPr>
          <w:rFonts w:ascii="Helvetica" w:hAnsi="Helvetica"/>
          <w:sz w:val="20"/>
          <w:szCs w:val="20"/>
        </w:rPr>
        <w:t xml:space="preserve">By signing below, I, the undersigned, hereby grant </w:t>
      </w:r>
      <w:r w:rsidR="00EC7AF7">
        <w:rPr>
          <w:rFonts w:ascii="Helvetica" w:hAnsi="Helvetica"/>
          <w:sz w:val="20"/>
          <w:szCs w:val="20"/>
        </w:rPr>
        <w:t>Prodajsa USA, Inc (DBA HCI Advertising)</w:t>
      </w:r>
      <w:r w:rsidRPr="00EC7AF7">
        <w:rPr>
          <w:rFonts w:ascii="Helvetica" w:hAnsi="Helvetica"/>
          <w:sz w:val="20"/>
          <w:szCs w:val="20"/>
        </w:rPr>
        <w:t>, its owners, affiliates, employees, contractors, successors, licensees, and assignees (collectively referred to as “the Studio”) the irrevocable right and permission to use, reproduce, edit, publish, distribute, and otherwise utilize any and all audio recordings, photographs, and/or video footage (collectively “Media Content”) that I record, produce, or capture while using or renting the Studio’s facilities.</w:t>
      </w:r>
    </w:p>
    <w:p w:rsidRPr="00EC7AF7" w:rsidR="00611B9B" w:rsidP="00EC7AF7" w:rsidRDefault="00000000" w14:paraId="50BA5793" w14:textId="77777777">
      <w:pPr>
        <w:rPr>
          <w:rFonts w:ascii="Helvetica" w:hAnsi="Helvetica"/>
          <w:sz w:val="20"/>
          <w:szCs w:val="20"/>
        </w:rPr>
        <w:jc w:val="both"/>
      </w:pPr>
      <w:r w:rsidRPr="00EC7AF7">
        <w:rPr>
          <w:rFonts w:ascii="Helvetica" w:hAnsi="Helvetica"/>
          <w:sz w:val="20"/>
          <w:szCs w:val="20"/>
        </w:rPr>
        <w:t>This permission includes, but is not limited to:</w:t>
      </w:r>
    </w:p>
    <w:p w:rsidRPr="00EC7AF7" w:rsidR="00611B9B" w:rsidP="00EC7AF7" w:rsidRDefault="00000000" w14:paraId="17BE761A" w14:textId="5D55EA5D">
      <w:pPr>
        <w:rPr>
          <w:rFonts w:ascii="Helvetica" w:hAnsi="Helvetica"/>
          <w:sz w:val="20"/>
          <w:szCs w:val="20"/>
        </w:rPr>
        <w:jc w:val="both"/>
      </w:pPr>
      <w:r w:rsidRPr="00EC7AF7">
        <w:rPr>
          <w:rFonts w:ascii="Helvetica" w:hAnsi="Helvetica"/>
          <w:sz w:val="20"/>
          <w:szCs w:val="20"/>
        </w:rPr>
        <w:t xml:space="preserve">- Use in promotional materials, </w:t>
      </w:r>
      <w:r w:rsidR="00EC7AF7">
        <w:rPr>
          <w:rFonts w:ascii="Helvetica" w:hAnsi="Helvetica"/>
          <w:sz w:val="20"/>
          <w:szCs w:val="20"/>
        </w:rPr>
        <w:t xml:space="preserve">traditional media, </w:t>
      </w:r>
      <w:r w:rsidRPr="00EC7AF7">
        <w:rPr>
          <w:rFonts w:ascii="Helvetica" w:hAnsi="Helvetica"/>
          <w:sz w:val="20"/>
          <w:szCs w:val="20"/>
        </w:rPr>
        <w:t>digital platforms, and social media.</w:t>
      </w:r>
    </w:p>
    <w:p w:rsidRPr="00EC7AF7" w:rsidR="00611B9B" w:rsidP="00EC7AF7" w:rsidRDefault="00000000" w14:paraId="00C572CE" w14:textId="77777777">
      <w:pPr>
        <w:rPr>
          <w:rFonts w:ascii="Helvetica" w:hAnsi="Helvetica"/>
          <w:sz w:val="20"/>
          <w:szCs w:val="20"/>
        </w:rPr>
        <w:jc w:val="both"/>
      </w:pPr>
      <w:r w:rsidRPr="00EC7AF7">
        <w:rPr>
          <w:rFonts w:ascii="Helvetica" w:hAnsi="Helvetica"/>
          <w:sz w:val="20"/>
          <w:szCs w:val="20"/>
        </w:rPr>
        <w:t>- Use for internal and commercial purposes related to the Studio’s operations.</w:t>
      </w:r>
    </w:p>
    <w:p w:rsidRPr="00EC7AF7" w:rsidR="00611B9B" w:rsidP="00EC7AF7" w:rsidRDefault="00000000" w14:paraId="31D1F485" w14:textId="77777777">
      <w:pPr>
        <w:rPr>
          <w:rFonts w:ascii="Helvetica" w:hAnsi="Helvetica"/>
          <w:sz w:val="20"/>
          <w:szCs w:val="20"/>
        </w:rPr>
        <w:jc w:val="both"/>
      </w:pPr>
      <w:r w:rsidRPr="00EC7AF7">
        <w:rPr>
          <w:rFonts w:ascii="Helvetica" w:hAnsi="Helvetica"/>
          <w:sz w:val="20"/>
          <w:szCs w:val="20"/>
        </w:rPr>
        <w:t>- Use of my likeness, voice, and performance as captured in the content.</w:t>
      </w:r>
    </w:p>
    <w:p w:rsidRPr="00EC7AF7" w:rsidR="00611B9B" w:rsidP="00EC7AF7" w:rsidRDefault="00000000" w14:paraId="5E9E682F" w14:textId="77777777">
      <w:pPr>
        <w:rPr>
          <w:rFonts w:ascii="Helvetica" w:hAnsi="Helvetica"/>
          <w:sz w:val="20"/>
          <w:szCs w:val="20"/>
        </w:rPr>
        <w:jc w:val="both"/>
      </w:pPr>
      <w:r w:rsidRPr="00EC7AF7">
        <w:rPr>
          <w:rFonts w:ascii="Helvetica" w:hAnsi="Helvetica"/>
          <w:sz w:val="20"/>
          <w:szCs w:val="20"/>
        </w:rPr>
        <w:t>I acknowledge and agree that:</w:t>
      </w:r>
    </w:p>
    <w:p w:rsidRPr="00EC7AF7" w:rsidR="00611B9B" w:rsidP="00EC7AF7" w:rsidRDefault="00000000" w14:paraId="7E0FBE8E" w14:textId="77777777">
      <w:pPr>
        <w:rPr>
          <w:rFonts w:ascii="Helvetica" w:hAnsi="Helvetica"/>
          <w:sz w:val="20"/>
          <w:szCs w:val="20"/>
        </w:rPr>
        <w:jc w:val="both"/>
      </w:pPr>
      <w:r w:rsidRPr="00EC7AF7">
        <w:rPr>
          <w:rFonts w:ascii="Helvetica" w:hAnsi="Helvetica"/>
          <w:sz w:val="20"/>
          <w:szCs w:val="20"/>
        </w:rPr>
        <w:t>- I am not entitled to any compensation or royalties for the Studio’s use of such Media Content.</w:t>
      </w:r>
    </w:p>
    <w:p w:rsidRPr="00EC7AF7" w:rsidR="00611B9B" w:rsidP="00EC7AF7" w:rsidRDefault="00000000" w14:paraId="3D0E5043" w14:textId="77777777">
      <w:pPr>
        <w:rPr>
          <w:rFonts w:ascii="Helvetica" w:hAnsi="Helvetica"/>
          <w:sz w:val="20"/>
          <w:szCs w:val="20"/>
        </w:rPr>
        <w:jc w:val="both"/>
      </w:pPr>
      <w:r w:rsidRPr="00EC7AF7">
        <w:rPr>
          <w:rFonts w:ascii="Helvetica" w:hAnsi="Helvetica"/>
          <w:sz w:val="20"/>
          <w:szCs w:val="20"/>
        </w:rPr>
        <w:t>- This release does not grant the Studio ownership of my original intellectual property, only permission to use the recordings or visuals produced in the Studio as described above.</w:t>
      </w:r>
    </w:p>
    <w:p w:rsidRPr="00EC7AF7" w:rsidR="00611B9B" w:rsidP="00EC7AF7" w:rsidRDefault="00000000" w14:paraId="6929EBC9" w14:textId="77777777">
      <w:pPr>
        <w:rPr>
          <w:rFonts w:ascii="Helvetica" w:hAnsi="Helvetica"/>
          <w:sz w:val="20"/>
          <w:szCs w:val="20"/>
        </w:rPr>
        <w:jc w:val="both"/>
      </w:pPr>
      <w:r w:rsidRPr="00EC7AF7">
        <w:rPr>
          <w:rFonts w:ascii="Helvetica" w:hAnsi="Helvetica"/>
          <w:sz w:val="20"/>
          <w:szCs w:val="20"/>
        </w:rPr>
        <w:t>- The Studio is not responsible for the content of any recording made by me or my guests.</w:t>
      </w:r>
    </w:p>
    <w:p w:rsidRPr="00EC7AF7" w:rsidR="00611B9B" w:rsidP="00EC7AF7" w:rsidRDefault="00000000" w14:paraId="084768DF" w14:textId="77777777">
      <w:pPr>
        <w:rPr>
          <w:rFonts w:ascii="Helvetica" w:hAnsi="Helvetica"/>
          <w:sz w:val="20"/>
          <w:szCs w:val="20"/>
        </w:rPr>
        <w:jc w:val="both"/>
      </w:pPr>
      <w:r w:rsidRPr="00EC7AF7">
        <w:rPr>
          <w:rFonts w:ascii="Helvetica" w:hAnsi="Helvetica"/>
          <w:sz w:val="20"/>
          <w:szCs w:val="20"/>
        </w:rPr>
        <w:t xml:space="preserve">I hereby waive and release </w:t>
      </w:r>
      <w:proofErr w:type="gramStart"/>
      <w:r w:rsidRPr="00EC7AF7">
        <w:rPr>
          <w:rFonts w:ascii="Helvetica" w:hAnsi="Helvetica"/>
          <w:sz w:val="20"/>
          <w:szCs w:val="20"/>
        </w:rPr>
        <w:t>any and all</w:t>
      </w:r>
      <w:proofErr w:type="gramEnd"/>
      <w:r w:rsidRPr="00EC7AF7">
        <w:rPr>
          <w:rFonts w:ascii="Helvetica" w:hAnsi="Helvetica"/>
          <w:sz w:val="20"/>
          <w:szCs w:val="20"/>
        </w:rPr>
        <w:t xml:space="preserve"> claims, demands, and causes of action of any kind, now known or later discovered, against the Studio arising out of or related to the use of such Media Content as described above.</w:t>
      </w:r>
    </w:p>
    <w:p w:rsidRPr="00EC7AF7" w:rsidR="00611B9B" w:rsidP="00EC7AF7" w:rsidRDefault="00000000" w14:paraId="368EE73D" w14:textId="77777777">
      <w:pPr>
        <w:rPr>
          <w:rFonts w:ascii="Helvetica" w:hAnsi="Helvetica"/>
          <w:sz w:val="20"/>
          <w:szCs w:val="20"/>
        </w:rPr>
        <w:jc w:val="both"/>
      </w:pPr>
      <w:r w:rsidRPr="00EC7AF7">
        <w:rPr>
          <w:rFonts w:ascii="Helvetica" w:hAnsi="Helvetica"/>
          <w:sz w:val="20"/>
          <w:szCs w:val="20"/>
        </w:rPr>
        <w:t>I agree to indemnify and hold harmless the Studio from any claims, damages, liabilities, or expenses (including legal fees) arising from any third-party claim related to the content I provide, including but not limited to infringement of intellectual property rights, defamation, or violation of privacy rights.</w:t>
      </w:r>
    </w:p>
    <w:p w:rsidRPr="00EC7AF7" w:rsidR="00611B9B" w:rsidP="00EC7AF7" w:rsidRDefault="00000000" w14:paraId="2349D9CA" w14:textId="77777777">
      <w:pPr>
        <w:rPr>
          <w:rFonts w:ascii="Helvetica" w:hAnsi="Helvetica"/>
          <w:sz w:val="20"/>
          <w:szCs w:val="20"/>
        </w:rPr>
        <w:jc w:val="both"/>
      </w:pPr>
      <w:r w:rsidRPr="00EC7AF7">
        <w:rPr>
          <w:rFonts w:ascii="Helvetica" w:hAnsi="Helvetica"/>
          <w:sz w:val="20"/>
          <w:szCs w:val="20"/>
        </w:rPr>
        <w:t>I represent and warrant that I have full legal authority to grant the rights set forth in this release, and that the use of the Media Content will not violate the rights of any third party.</w:t>
      </w:r>
    </w:p>
    <w:p>
      <w:pPr>
        <w:rPr>
          <w:rFonts w:ascii="Helvetica" w:hAnsi="Helvetica"/>
          <w:sz w:val="20"/>
          <w:szCs w:val="20"/>
        </w:rPr>
        <w:jc w:val="both"/>
      </w:pPr>
      <w:r>
        <w:rPr>
          <w:rFonts w:ascii="Helvetica" w:hAnsi="Helvetica"/>
          <w:sz w:val="20"/>
          <w:szCs w:val="20"/>
        </w:rPr>
        <w:br w:type="page"/>
      </w:r>
    </w:p>
    <w:p>
      <w:pPr>
        <w:rPr>
          <w:rFonts w:ascii="Helvetica" w:hAnsi="Helvetica"/>
          <w:sz w:val="20"/>
          <w:szCs w:val="20"/>
        </w:rPr>
        <w:jc w:val="both"/>
      </w:pPr>
      <w:r>
        <w:rPr>
          <w:rFonts w:ascii="Helvetica" w:hAnsi="Helvetica"/>
          <w:sz w:val="20"/>
          <w:szCs w:val="20"/>
        </w:rPr>
        <w:t xml:space="preserve">This release shall be governed by the laws of the State of Nevada with venue in Las Vegas, NV.</w:t>
      </w:r>
    </w:p>
    <w:p w:rsidRPr="00EC7AF7" w:rsidR="00611B9B" w:rsidP="00EC7AF7" w:rsidRDefault="00000000" w14:paraId="6334F0EC" w14:textId="0D7FC6F2">
      <w:pPr>
        <w:rPr>
          <w:rFonts w:ascii="Helvetica" w:hAnsi="Helvetica"/>
          <w:sz w:val="20"/>
          <w:szCs w:val="20"/>
        </w:rPr>
        <w:jc w:val="both"/>
      </w:pPr>
      <w:r w:rsidRPr="00EC7AF7">
        <w:rPr>
          <w:rFonts w:ascii="Helvetica" w:hAnsi="Helvetica"/>
          <w:sz w:val="20"/>
          <w:szCs w:val="20"/>
        </w:rPr>
        <w:t>I affirm that I am at least 18 years of age, and competent to sign this agreement.</w:t>
      </w:r>
    </w:p>
    <w:p w:rsidRPr="00EC7AF7" w:rsidR="00611B9B" w:rsidRDefault="00000000" w14:paraId="010B8613" w14:textId="77777777">
      <w:pPr>
        <w:rPr>
          <w:rFonts w:ascii="Helvetica" w:hAnsi="Helvetica"/>
          <w:sz w:val="20"/>
          <w:szCs w:val="20"/>
        </w:rPr>
      </w:pPr>
      <w:r w:rsidRPr="00EC7AF7">
        <w:rPr>
          <w:rFonts w:ascii="Helvetica" w:hAnsi="Helvetica"/>
          <w:sz w:val="20"/>
          <w:szCs w:val="20"/>
        </w:rPr>
        <w:t>Signature: ______________________________________</w:t>
      </w:r>
    </w:p>
    <w:p w:rsidRPr="00EC7AF7" w:rsidR="00611B9B" w:rsidRDefault="00000000" w14:paraId="32232F71" w14:textId="77777777">
      <w:pPr>
        <w:rPr>
          <w:rFonts w:ascii="Helvetica" w:hAnsi="Helvetica"/>
          <w:sz w:val="20"/>
          <w:szCs w:val="20"/>
        </w:rPr>
      </w:pPr>
      <w:r w:rsidRPr="00EC7AF7">
        <w:rPr>
          <w:rFonts w:ascii="Helvetica" w:hAnsi="Helvetica"/>
          <w:sz w:val="20"/>
          <w:szCs w:val="20"/>
        </w:rPr>
        <w:t>Print Name: ____________________________________</w:t>
      </w:r>
    </w:p>
    <w:p w:rsidRPr="00EC7AF7" w:rsidR="00611B9B" w:rsidRDefault="00000000" w14:paraId="0ADFBFCC" w14:textId="77777777">
      <w:pPr>
        <w:rPr>
          <w:rFonts w:ascii="Helvetica" w:hAnsi="Helvetica"/>
          <w:sz w:val="20"/>
          <w:szCs w:val="20"/>
        </w:rPr>
      </w:pPr>
      <w:r w:rsidRPr="00EC7AF7">
        <w:rPr>
          <w:rFonts w:ascii="Helvetica" w:hAnsi="Helvetica"/>
          <w:sz w:val="20"/>
          <w:szCs w:val="20"/>
        </w:rPr>
        <w:lastRenderedPageBreak/>
        <w:t>Date: __________________________________________</w:t>
      </w:r>
    </w:p>
    <w:p w:rsidRPr="00EC7AF7" w:rsidR="00611B9B" w:rsidRDefault="00000000" w14:paraId="44CDA780" w14:textId="77777777">
      <w:pPr>
        <w:rPr>
          <w:rFonts w:ascii="Helvetica" w:hAnsi="Helvetica"/>
          <w:sz w:val="20"/>
          <w:szCs w:val="20"/>
        </w:rPr>
      </w:pPr>
      <w:r w:rsidRPr="00EC7AF7">
        <w:rPr>
          <w:rFonts w:ascii="Helvetica" w:hAnsi="Helvetica"/>
          <w:sz w:val="20"/>
          <w:szCs w:val="20"/>
        </w:rPr>
        <w:t>If under 18, Parent/Guardian Signature: __________________________________</w:t>
      </w:r>
    </w:p>
    <w:p>
      <w:pPr>
        <w:rPr>
          <w:rFonts w:ascii="Helvetica" w:hAnsi="Helvetica"/>
          <w:sz w:val="20"/>
          <w:szCs w:val="20"/>
        </w:rPr>
      </w:pPr>
      <w:r>
        <w:rPr>
          <w:rFonts w:ascii="Helvetica" w:hAnsi="Helvetica"/>
          <w:sz w:val="20"/>
          <w:szCs w:val="20"/>
        </w:rPr>
        <w:t>Print Name: ____________________________________</w:t>
      </w:r>
    </w:p>
    <w:p>
      <w:pPr>
        <w:rPr>
          <w:rFonts w:ascii="Helvetica" w:hAnsi="Helvetica"/>
          <w:sz w:val="20"/>
          <w:szCs w:val="20"/>
        </w:rPr>
      </w:pPr>
    </w:p>
    <w:p>
      <w:pPr>
        <w:rPr>
          <w:rFonts w:ascii="Helvetica" w:hAnsi="Helvetica"/>
          <w:sz w:val="20"/>
          <w:szCs w:val="20"/>
        </w:rPr>
      </w:pPr>
      <w:r>
        <w:rPr>
          <w:rFonts w:ascii="Helvetica" w:hAnsi="Helvetica" w:eastAsia="Helvetica" w:cs="Helvetica"/>
          <w:b/>
          <w:sz w:val="20"/>
          <w:shd w:val="nil"/>
        </w:rPr>
        <w:t>Opt-Out Clause:</w:t>
      </w:r>
    </w:p>
    <w:p>
      <w:pPr>
        <w:rPr>
          <w:rFonts w:ascii="Helvetica" w:hAnsi="Helvetica"/>
          <w:sz w:val="20"/>
          <w:szCs w:val="20"/>
        </w:rPr>
      </w:pPr>
      <w:r>
        <w:rPr>
          <w:rFonts w:ascii="Helvetica" w:hAnsi="Helvetica" w:eastAsia="Helvetica" w:cs="Helvetica"/>
          <w:sz w:val="20"/>
          <w:shd w:val="nil"/>
        </w:rPr>
        <w:t>If you do not wish to grant the Studio permission to use your audio, video, or image content for promotional or commercial purposes, please check the box below and initial. By doing so, your content will be excluded from all external use by the Studio.</w:t>
      </w:r>
    </w:p>
    <w:p>
      <w:pPr>
        <w:rPr>
          <w:rFonts w:ascii="Helvetica" w:hAnsi="Helvetica"/>
          <w:sz w:val="20"/>
          <w:szCs w:val="20"/>
        </w:rPr>
      </w:pPr>
      <w:r>
        <w:rPr>
          <w:rFonts w:ascii="Slack-Lato, Slack-Fractions, appleLogo, sans-serif" w:hAnsi="Slack-Lato, Slack-Fractions, appleLogo, sans-serif" w:eastAsia="Slack-Lato, Slack-Fractions, appleLogo, sans-serif" w:cs="Slack-Lato, Slack-Fractions, appleLogo, sans-serif"/>
          <w:color w:val="1D1C1D"/>
          <w:sz w:val="30"/>
          <w:shd w:val="solid" w:color="F8F8F8"/>
        </w:rPr>
        <w:t xml:space="preserve">☐ </w:t>
      </w:r>
      <w:r>
        <w:rPr>
          <w:rFonts w:ascii="Helvetica" w:hAnsi="Helvetica" w:eastAsia="Helvetica" w:cs="Helvetica"/>
          <w:sz w:val="20"/>
          <w:shd w:val="nil"/>
        </w:rPr>
        <w:t>I DO NOT grant permission for the Studio to use my media content (audio, video, or images) for any promotional, commercial, or public-facing purposes.</w:t>
        <w:br/>
        <w:br/>
        <w:t>Initials: _______</w:t>
      </w:r>
    </w:p>
    <w:p>
      <w:pPr>
        <w:rPr>
          <w:rFonts w:ascii="Helvetica" w:hAnsi="Helvetica" w:eastAsia="Helvetica" w:cs="Helvetica"/>
          <w:sz w:val="20"/>
        </w:rPr>
        <w:spacing w:before="0" w:beforeLines="0" w:after="200" w:afterLines="0" w:line="276" w:lineRule="auto"/>
        <w:ind w:left="0" w:right="0" w:firstLine="0"/>
        <w:jc w:val="both"/>
      </w:pPr>
      <w:r>
        <w:rPr>
          <w:rFonts w:ascii="Helvetica" w:hAnsi="Helvetica" w:eastAsia="Helvetica" w:cs="Helvetica"/>
          <w:sz w:val="20"/>
        </w:rPr>
        <w:t>I affirm that I am at least 18 years of age, and competent to sign this agreement.</w:t>
      </w:r>
    </w:p>
    <w:p>
      <w:pPr>
        <w:rPr>
          <w:rFonts w:ascii="Helvetica" w:hAnsi="Helvetica"/>
          <w:sz w:val="20"/>
          <w:szCs w:val="20"/>
        </w:rPr>
      </w:pPr>
      <w:r>
        <w:rPr>
          <w:rFonts w:ascii="Helvetica" w:hAnsi="Helvetica" w:eastAsia="Helvetica" w:cs="Helvetica"/>
          <w:sz w:val="20"/>
        </w:rPr>
        <w:t>Signature: ______________________________________</w:t>
      </w:r>
    </w:p>
    <w:p>
      <w:pPr>
        <w:rPr>
          <w:rFonts w:ascii="Helvetica" w:hAnsi="Helvetica"/>
          <w:sz w:val="20"/>
          <w:szCs w:val="20"/>
        </w:rPr>
      </w:pPr>
      <w:r>
        <w:rPr>
          <w:rFonts w:ascii="Helvetica" w:hAnsi="Helvetica" w:eastAsia="Helvetica" w:cs="Helvetica"/>
          <w:sz w:val="20"/>
        </w:rPr>
        <w:t>Print Name: ____________________________________</w:t>
      </w:r>
    </w:p>
    <w:p>
      <w:pPr>
        <w:rPr>
          <w:rFonts w:ascii="Helvetica" w:hAnsi="Helvetica"/>
          <w:sz w:val="20"/>
          <w:szCs w:val="20"/>
        </w:rPr>
      </w:pPr>
      <w:r>
        <w:rPr>
          <w:rFonts w:ascii="Helvetica" w:hAnsi="Helvetica" w:eastAsia="Helvetica" w:cs="Helvetica"/>
          <w:sz w:val="20"/>
        </w:rPr>
        <w:t>Date: __________________________________________</w:t>
      </w:r>
    </w:p>
    <w:p>
      <w:pPr>
        <w:rPr>
          <w:rFonts w:ascii="Helvetica" w:hAnsi="Helvetica"/>
          <w:sz w:val="20"/>
          <w:szCs w:val="20"/>
        </w:rPr>
      </w:pPr>
      <w:r>
        <w:rPr>
          <w:rFonts w:ascii="Helvetica" w:hAnsi="Helvetica" w:eastAsia="Helvetica" w:cs="Helvetica"/>
          <w:sz w:val="20"/>
        </w:rPr>
        <w:t>If under 18, Parent/Guardian Signature: __________________________________</w:t>
      </w:r>
    </w:p>
    <w:p>
      <w:pPr>
        <w:rPr>
          <w:rFonts w:ascii="Helvetica" w:hAnsi="Helvetica"/>
          <w:sz w:val="20"/>
          <w:szCs w:val="20"/>
        </w:rPr>
      </w:pPr>
      <w:r>
        <w:rPr>
          <w:rFonts w:ascii="Helvetica" w:hAnsi="Helvetica" w:eastAsia="Helvetica" w:cs="Helvetica"/>
          <w:sz w:val="20"/>
        </w:rPr>
        <w:t>Print Name: ____________________________________</w:t>
      </w:r>
    </w:p>
    <w:p>
      <w:pPr>
        <w:rPr>
          <w:rFonts w:ascii="Helvetica" w:hAnsi="Helvetica"/>
          <w:sz w:val="20"/>
          <w:szCs w:val="20"/>
        </w:rPr>
      </w:pPr>
    </w:p>
    <w:sectPr>
      <w:headerReference r:id="rId9" w:type="default"/>
      <w:pgSz w:w="12240" w:h="15840"/>
      <w:pgMar w:top="1440" w:right="1800" w:bottom="1440" w:left="1800" w:header="720" w:footer="720" w:gutter="0"/>
      <w:cols w:equalWidth="1" w:space="0" w:num="1" w:sep="0"/>
      <w:docGrid w:linePitch="360"/>
    </w:sectPr>
  </w:body>
</w:document>
</file>

<file path=word/endnotes.xml><?xml version="1.0" encoding="utf-8"?>
<w:endnotes xmlns:mc="http://schemas.openxmlformats.org/markup-compatibility/2006" xmlns:w="http://schemas.openxmlformats.org/wordprocessingml/2006/main" xmlns:w14="http://schemas.microsoft.com/office/word/2010/wordml" mc:Ignorable="w14">
  <w:endnote w:type="separator" w:id="-1">
    <w:p w:rsidR="00A62ECC" w:rsidP="00EC7AF7" w:rsidRDefault="00A62ECC" w14:paraId="1BCB0F51" w14:textId="77777777">
      <w:pPr>
        <w:spacing w:after="0" w:line="240" w:lineRule="auto"/>
      </w:pPr>
      <w:r>
        <w:separator/>
      </w:r>
    </w:p>
  </w:endnote>
  <w:endnote w:type="continuationSeparator" w:id="0">
    <w:p w:rsidR="00A62ECC" w:rsidP="00EC7AF7" w:rsidRDefault="00A62ECC" w14:paraId="13917107" w14:textId="77777777">
      <w:pPr>
        <w:spacing w:after="0" w:line="240" w:lineRule="auto"/>
      </w:pPr>
      <w:r>
        <w:continuationSeparator/>
      </w:r>
    </w:p>
  </w:endnote>
</w:endnotes>
</file>

<file path=word/fontTable.xml><?xml version="1.0" encoding="utf-8"?>
<w:fonts xmlns:w="http://schemas.openxmlformats.org/wordprocessingml/2006/main">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lack-Lato, Slack-Fractions, appleLogo, sans-serif"/>
</w:fonts>
</file>

<file path=word/footnotes.xml><?xml version="1.0" encoding="utf-8"?>
<w:footnotes xmlns:mc="http://schemas.openxmlformats.org/markup-compatibility/2006" xmlns:w="http://schemas.openxmlformats.org/wordprocessingml/2006/main" xmlns:w14="http://schemas.microsoft.com/office/word/2010/wordml" mc:Ignorable="w14">
  <w:footnote w:type="separator" w:id="-1">
    <w:p w:rsidR="00A62ECC" w:rsidP="00EC7AF7" w:rsidRDefault="00A62ECC" w14:paraId="0C7E651D" w14:textId="77777777">
      <w:pPr>
        <w:spacing w:after="0" w:line="240" w:lineRule="auto"/>
      </w:pPr>
      <w:r>
        <w:separator/>
      </w:r>
    </w:p>
  </w:footnote>
  <w:footnote w:type="continuationSeparator" w:id="0">
    <w:p w:rsidR="00A62ECC" w:rsidP="00EC7AF7" w:rsidRDefault="00A62ECC" w14:paraId="7530929A" w14:textId="77777777">
      <w:pPr>
        <w:spacing w:after="0" w:line="240" w:lineRule="auto"/>
      </w:pPr>
      <w:r>
        <w:continuationSeparator/>
      </w:r>
    </w:p>
  </w:footnote>
</w:footnotes>
</file>

<file path=word/header2.xml><?xml version="1.0" encoding="utf-8"?>
<w:hdr xmlns:mc="http://schemas.openxmlformats.org/markup-compatibility/2006" xmlns:w="http://schemas.openxmlformats.org/wordprocessingml/2006/main" xmlns:w14="http://schemas.microsoft.com/office/word/2010/wordml" mc:Ignorable="w14">
  <w:sdt>
    <w:sdtPr>
      <w:rPr>
        <w:rStyle w:val="PageNumber"/>
      </w:rPr>
      <w:id w:val="1623422836"/>
      <w:docPartObj>
        <w:docPartGallery w:val="Page Numbers (Top of Page)"/>
        <w:docPartUnique/>
      </w:docPartObj>
    </w:sdtPr>
    <w:sdtContent>
      <w:p w:rsidR="00EC7AF7" w:rsidP="00712048" w:rsidRDefault="00EC7AF7" w14:paraId="1C4646D7" w14:textId="50D8CE4D">
        <w:pPr>
          <w:rPr>
            <w:rStyle w:val="PageNumber"/>
          </w:rPr>
          <w:pStyle w:val="Header"/>
          <w:framePr w:wrap="none" w:hAnchor="margin" w:vAnchor="text" w:xAlign="right" w:y="1"/>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Pr="00EC7AF7" w:rsidR="00EC7AF7" w:rsidP="00EC7AF7" w:rsidRDefault="00EC7AF7" w14:paraId="7F4E5B0D" w14:textId="77777777">
    <w:pPr>
      <w:rPr>
        <w:rFonts w:ascii="Helvetica" w:hAnsi="Helvetica"/>
        <w:color w:val="000000" w:themeColor="text1"/>
        <w:sz w:val="24"/>
        <w:szCs w:val="24"/>
      </w:rPr>
      <w:pStyle w:val="Heading1"/>
      <w:spacing w:before="0"/>
      <w:ind w:right="360"/>
      <w:jc w:val="center"/>
    </w:pPr>
    <w:r w:rsidRPr="00EC7AF7">
      <w:rPr>
        <w:rFonts w:ascii="Helvetica" w:hAnsi="Helvetica"/>
        <w:color w:val="000000" w:themeColor="text1"/>
        <w:sz w:val="24"/>
        <w:szCs w:val="24"/>
      </w:rPr>
      <w:t>MEDIA RELEASE FORM</w:t>
    </w:r>
  </w:p>
  <w:p w:rsidRPr="00EC7AF7" w:rsidR="00EC7AF7" w:rsidP="00EC7AF7" w:rsidRDefault="00EC7AF7" w14:paraId="7C08109C" w14:textId="77777777">
    <w:pPr>
      <w:rPr>
        <w:rFonts w:ascii="Helvetica" w:hAnsi="Helvetica"/>
        <w:i/>
        <w:iCs/>
        <w:sz w:val="20"/>
        <w:szCs w:val="20"/>
      </w:rPr>
      <w:spacing w:after="0"/>
      <w:jc w:val="center"/>
    </w:pPr>
    <w:r w:rsidRPr="00EC7AF7">
      <w:rPr>
        <w:rFonts w:ascii="Helvetica" w:hAnsi="Helvetica"/>
        <w:i/>
        <w:iCs/>
        <w:sz w:val="20"/>
        <w:szCs w:val="20"/>
      </w:rPr>
      <w:t>For Use of Audio, Video, and Image Content – Studio Clients</w:t>
    </w:r>
    <w:r>
      <w:rPr>
        <w:rFonts w:ascii="Helvetica" w:hAnsi="Helvetica"/>
        <w:i/>
        <w:iCs/>
        <w:sz w:val="20"/>
        <w:szCs w:val="20"/>
      </w:rPr>
      <w:t>/Users</w:t>
    </w:r>
  </w:p>
  <w:p w:rsidR="00EC7AF7" w:rsidRDefault="00EC7AF7" w14:paraId="53D5E7A5" w14:textId="77777777">
    <w:pPr>
      <w:pStyle w:val="Header"/>
    </w:pPr>
  </w:p>
</w:hdr>
</file>

<file path=word/numbering.xml><?xml version="1.0" encoding="utf-8"?>
<w:numbering xmlns:w="http://schemas.openxmlformats.org/wordprocessingml/2006/main">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m="http://schemas.openxmlformats.org/officeDocument/2006/math" xmlns:o="urn:schemas-microsoft-com:office:office" xmlns:v="urn:schemas-microsoft-com:vml" xmlns:w="http://schemas.openxmlformats.org/wordprocessingml/2006/main" xmlns:w14="http://schemas.microsoft.com/office/word/2010/wordml" xmlns:w15="http://schemas.microsoft.com/office/word/2012/wordml" mc:Ignorable="o v w14">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11B9B"/>
    <w:rsid w:val="008F7642"/>
    <w:rsid w:val="00A62ECC"/>
    <w:rsid w:val="00AA1D8D"/>
    <w:rsid w:val="00B47730"/>
    <w:rsid w:val="00CB0664"/>
    <w:rsid w:val="00EC7AF7"/>
    <w:rsid w:val="00FA0F8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5E8DD4"/>
  <w14:defaultImageDpi w14:val="300"/>
  <w15:docId w15:val="{598A41AD-7309-254A-BA3E-711624D98AA3}"/>
</w:settings>
</file>

<file path=word/styles.xml><?xml version="1.0" encoding="utf-8"?>
<w:styles xmlns:w="http://schemas.openxmlformats.org/wordprocessingml/2006/main">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EC7A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Relationships xmlns="http://schemas.openxmlformats.org/package/2006/relationships"><Relationship Id="rId3" Target="styles.xml" Type="http://schemas.openxmlformats.org/officeDocument/2006/relationships/styles"/><Relationship Id="rId7" Target="endnotes.xml" Type="http://schemas.openxmlformats.org/officeDocument/2006/relationships/endnotes"/><Relationship Id="rId2" Target="numbering.xml" Type="http://schemas.openxmlformats.org/officeDocument/2006/relationships/numbering"/><Relationship Id="rId1" Target="../customXml/item1.xml" Type="http://schemas.openxmlformats.org/officeDocument/2006/relationships/customXml"/><Relationship Id="rId6" Target="footnotes.xml" Type="http://schemas.openxmlformats.org/officeDocument/2006/relationships/footnotes"/><Relationship Id="rId11" Target="theme/theme1.xml" Type="http://schemas.openxmlformats.org/officeDocument/2006/relationships/theme"/><Relationship Id="rId5" Target="webSettings.xml" Type="http://schemas.openxmlformats.org/officeDocument/2006/relationships/webSettings"/><Relationship Id="rId10" Target="fontTable.xml" Type="http://schemas.openxmlformats.org/officeDocument/2006/relationships/fontTable"/><Relationship Id="rId4" Target="settings.xml" Type="http://schemas.openxmlformats.org/officeDocument/2006/relationships/settings"/><Relationship Id="rId9" Target="header2.xml" Type="http://schemas.openxmlformats.org/officeDocument/2006/relationships/head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Properties xmlns:app="http://schemas.openxmlformats.org/officeDocument/2006/extended-properties" xmlns:vt="http://schemas.openxmlformats.org/officeDocument/2006/docPropsVTypes">
  <app:Template>Normal.dotm</app:Template>
  <app:TotalTime>10</app:TotalTime>
  <app:Pages>2</app:Pages>
  <app:Words>383</app:Words>
  <app:Characters>2184</app:Characters>
  <app:Application>Apryse DOCX Editor</app:Application>
  <app:DocSecurity>0</app:DocSecurity>
  <app:Lines>18</app:Lines>
  <app:Paragraphs>5</app:Paragraphs>
  <app:ScaleCrop>false</app:ScaleCrop>
  <app:HeadingPairs>
    <vt:vector size="2" baseType="variant">
      <vt:variant>
        <vt:lpstr>Title</vt:lpstr>
      </vt:variant>
      <vt:variant>
        <vt:i4>1</vt:i4>
      </vt:variant>
    </vt:vector>
  </app:HeadingPairs>
  <app:TitlesOfParts>
    <vt:vector size="1" baseType="lpstr">
      <vt:lpstr/>
    </vt:vector>
  </app:TitlesOfParts>
  <app:Manager/>
  <app:Company/>
  <app:LinksUpToDate>false</app:LinksUpToDate>
  <app:CharactersWithSpaces>2562</app:CharactersWithSpaces>
  <app:SharedDoc>false</app:SharedDoc>
  <app:HyperlinkBase/>
  <app:HyperlinksChanged>false</app:HyperlinksChanged>
  <app:AppVersion>16.0000</app:AppVersion>
</app:Properties>
</file>

<file path=docProps/core.xml><?xml version="1.0" encoding="utf-8"?>
<cp:coreProperties xmlns:cp="http://schemas.openxmlformats.org/package/2006/metadata/core-properties" xmlns:dc="http://purl.org/dc/elements/1.1/" xmlns:dcterms="http://purl.org/dc/terms/" xmlns:xsi="http://www.w3.org/2001/XMLSchema-instance">
  <dc:title/>
  <dc:subject/>
  <dc:creator>python-docx</dc:creator>
  <cp:keywords/>
  <dc:description>generated by python-docx</dc:description>
  <cp:lastModifiedBy>social hciera.com</cp:lastModifiedBy>
  <cp:revision>3</cp:revision>
  <dcterms:created xsi:type="dcterms:W3CDTF">2013-12-23T23:15:00Z</dcterms:created>
  <dcterms:modified xsi:type="dcterms:W3CDTF">2025-04-22T22:27:00Z</dcterms:modified>
  <cp:category/>
</cp:coreProperties>
</file>